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כתבה, מכתב ומודעה על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מבנה הכתבה הספורטיבית, המכתב האישי והמודעה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בפתיחי משפטים מתאימים לכל סוג 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לבדוק טקסט לפי רשימת בדיקה לפני הגשה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חנ״מ – פחות פריטים, עד 3 אפשרויות בחירה, בנק מילים, גופן מוגדל ושורות כתיבה רחבות. מומלץ להקריא את ההוראות בקול ולעבוד חלק אחר חלק, בלי הגבלת זמן.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סוגי טקסטים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כתבה 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ג – מודעה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התאימו את הפתיח לסוג הטקסט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ג (כתבה ספורטיבית)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(מכתב למאמן/ת)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(מודעה לקבוצה)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א (מכתב למאמן/ת)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הפתיחים מהדף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התקיים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יקרה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סדרו את מבנה הכתבה הספורטיבית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כתיבת כותרת מתאימה למשחק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תחילת המשחק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תיאור הרגע הכי מרגש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תיאור סוף המשחק וסיכום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זה אחד הסעיפים ברשימת הבדיקה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כך מוסבר בדף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יצירתית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שימוש בפתיחי המשפטים, לפחות 3 מילים מעולם הספורט, פיסוק נכון, מבנה ברור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כתבה מספרת אירוע, מודעה מזמינה להצטרף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למשל: תודה רבה על...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כותרת, מבנה, פיסוק וקריאה חוזרת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לקרוא בקול את שלושת הפתיחים לפני הכתיבה העצמית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לעודד שימוש ברשימת הבדיקה ככלי לעריכה עצמית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ניתן לשתף כמה כתבות או מודעות בכיתה ולזהות יחד את מבנה הטקסט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⚽ כדורגל – המשחק שכולם אוהבים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כותבים כתבה, מכתב ומודעה על כדורגל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חנ״מ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32"/>
          <w:rtl/>
          <w:szCs w:val="32"/>
        </w:rPr>
        <w:t>בדף זה נתרגל שלושה סוגי כתיבה מעולם הכדורגל: כתבה ספורטיבית על משחק, מכתב תודה למאמן או למאמנת, ומודעה שמזמינה שחקנים חדשים לקבוצה.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2"/>
          <w:rtl/>
          <w:szCs w:val="32"/>
          <w:bCs/>
        </w:rPr>
        <w:t>🧺 בנק מילים: יקרה  ·  התקיים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36"/>
          <w:rtl/>
          <w:szCs w:val="36"/>
          <w:bCs/>
        </w:rPr>
        <w:t>1  חלק א׳ – סוגי טקסטים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איזה טקסט מספר מה קרה במשחק כדורגל?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כתבה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מודעה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2. איזה טקסט מזמין שחקנים ושחקניות חדשים להצטרף לקבוצה?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א. כתבה ספורטיבית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ב. מכתב תודה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 xml:space="preserve">      ☐ ג. מודעה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36"/>
          <w:rtl/>
          <w:szCs w:val="36"/>
          <w:bCs/>
        </w:rPr>
        <w:t>2  חלק ב׳ – התאימו את הפתיח לסוג הטקסט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1. בשבת התקיים משחק בין...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א. מכתב למאמן/ת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2. רציתי להגיד לך תודה על...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ב. מודעה לקבוצה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3. רוצים לשחק כדורגל?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ג. כתבה ספורטיבית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4. למדתי ממך ש...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ד. מכתב למאמן/ת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36"/>
          <w:rtl/>
          <w:szCs w:val="36"/>
          <w:bCs/>
        </w:rPr>
        <w:t>3  חלק ג׳ – השלימו את הפתיחים מהדף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1. בשבת __________ משחק בין הכוכבים הכחולים לנמרים הירוקים.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32"/>
          <w:rtl/>
          <w:szCs w:val="32"/>
        </w:rPr>
        <w:t>2. למאמנת ה__________,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36"/>
          <w:rtl/>
          <w:szCs w:val="36"/>
          <w:bCs/>
        </w:rPr>
        <w:t>4  חלק ד׳ – סדרו את מבנה הכתבה הספורטיבית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תחילת המשחק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הרגע הכי מרגש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תיאור סוף המשחק וסיכום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כתיבת כותרת מתאימה למשחק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36"/>
          <w:rtl/>
          <w:szCs w:val="36"/>
          <w:bCs/>
        </w:rPr>
        <w:t>5  חלק ה׳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ברשימת הבדיקה כתוב שצריך כותרת מתאימה לטקסט.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מודעה לקבוצה נכתבת כדי להזמין שחקנים ושחקניות חדשים.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36"/>
          <w:rtl/>
          <w:szCs w:val="36"/>
          <w:bCs/>
        </w:rPr>
        <w:t>6  חלק ו׳ – כתיבה יצירתית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30"/>
          <w:rtl/>
          <w:szCs w:val="30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32"/>
          <w:rtl/>
          <w:szCs w:val="32"/>
          <w:bCs/>
        </w:rPr>
        <w:t>1. כתבו כתבה קצרה (4-5 משפטים) על המשחק בין הכוכבים הכחולים לנמרים הירוקים, עם פתיחה, גוף וסיום.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32"/>
          <w:rtl/>
          <w:szCs w:val="32"/>
        </w:rPr>
        <w:t>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36"/>
          <w:rtl/>
          <w:szCs w:val="36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מה ההבדל בין כתבה למודעה?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32"/>
                <w:rtl/>
                <w:szCs w:val="32"/>
                <w:bCs/>
              </w:rPr>
              <w:t>כתבו פתיח משפט אחד למכתב תודה למאמן/ת.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32"/>
                <w:rtl/>
                <w:szCs w:val="32"/>
              </w:rPr>
              <w:t>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32"/>
                <w:rtl/>
                <w:szCs w:val="32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32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כותבים כתבה, מכתב ומודעה על כדורגל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