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כתבה, מכתב ומודעה על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הכתבה הספורטיבית, המכתב האישי והמודעה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בפתיחי משפטים מתאימים לכל 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טקסט לפי רשימת בדיקה לפני 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סוגי 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כתבה 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תודה על מה שלמדנו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את הפתיח לסוג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(כתבה ספורטיבית)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(מכתב למאמן/ת)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(מודעה לקבוצה)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(מכתב למאמן/ת)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(מודעה לקבוצה)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הפתיחים מהדף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הצטרף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מבנה הכתבה הספורטיבית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כותרת מתאימה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הרגע הכי מרגש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תיאור סוף המשחק וסיכום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הסעיפים ברשימת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ברשימה כתוב לקרוא שוב ולתקן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המכתב נכתב כדי להגיד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שימוש בפתיחי המשפטים, לפחות 3 מילים מעולם הספורט, פיסוק נכון, מבנה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שימוש בפתיחי משפטים מתאימים, פנייה מזמינה, פיסוק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כתבה מספרת אירוע, מודעה מזמינה להצטרף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תודה רבה על...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מבנה, פיסוק וקריאה חוזרת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את שלושת הפתיחים לפני הכתיבה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ברשימת הבדיקה ככלי לעריכה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לשתף כמה כתבות או מודעות בכיתה ולזהות יחד את מבנה הטקסט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כתבה, מכתב ומודעה על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שלושה סוגי כתיבה מעולם הכדורגל: כתבה ספורטיבית על משחק, מכתב תודה למאמן או למאמנת, ומודעה שמזמינה שחקנים חדשים לקבוצה.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סוגי 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טקסט מספר מה קרה במשחק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טקסט מזמין שחקנים ושחקניות חדשים להצטרף לקבוצה?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בעיקר כותבים במכתב למאמן או למאמנת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תודה על מה שלמדנו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תוצאת המשחק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פרסומת לקבוצה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המגרש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חלק בכתבה בא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מילים מעולם הספורט צריך לפחות לפי רשימת הבדיקה?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את הפתיח לסוג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בשבת התקיים משחק בין...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מודעה לקבוצה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רציתי להגיד לך תודה על...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מודעה לקבוצה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רוצים לשחק כדורגל?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מכתב למאמן/ת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למדתי ממך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כתבה ספורטיבית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אצלנו בקבוצה...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מכתב למאמן/ת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הפתיחים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בשבת __________ משחק בין הכוכבים הכחולים לנמרים הירוקים.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למאמנת ה__________,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רציתי להגיד לך __________ על...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רוצים ל__________ כדורגל?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בואו ל__________ ב...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מבנה הכתבה הספורטיבית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סוף המשחק וסיכום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הרגע הכי מרגש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כותרת מתאימה למשחק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תחילת המשחק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ברשימת הבדיקה כתוב שצריך כותרת מתאימה לטקסט.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לקרוא שוב את הטקסט לפני ההגשה.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מודעה לקבוצה נכתבת כדי להזמין שחקנים ושחקניות חדשים.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למאמן/ת נכתב כדי לבקש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כתבה קצרה (4-5 משפטים) על המשחק בין הכוכבים הכחולים לנמרים הירוקים, עם פתיחה, גוף וסיום.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מודעה קצרה שמזמינה שחקנים ושחקניות חדשים להצטרף לקבוצה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כתבה למודעה?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פתיח משפט אחד למכתב תודה למאמן/ת.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לפני שמגישים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כתבה, מכתב ומודעה על 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